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Toolbox talk record</w:t>
      </w:r>
    </w:p>
    <w:p>
      <w:r>
        <w:rPr>
          <w:color w:val="5B6570"/>
        </w:rPr>
        <w:t>[Your company name]   ·   TBT-REC · Rev 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Topic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Site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Date and time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Given by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Key points covered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Actions agreed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p>
      <w:pPr>
        <w:pStyle w:val="Heading2"/>
      </w:pPr>
      <w:r>
        <w:t>Attendance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rPr>
                <w:b/>
              </w:rPr>
              <w:t>Name</w:t>
            </w:r>
          </w:p>
        </w:tc>
        <w:tc>
          <w:tcPr>
            <w:tcW w:type="dxa" w:w="3400"/>
          </w:tcPr>
          <w:p>
            <w:r>
              <w:rPr>
                <w:b/>
              </w:rPr>
              <w:t>Company</w:t>
            </w:r>
          </w:p>
        </w:tc>
        <w:tc>
          <w:tcPr>
            <w:tcW w:type="dxa" w:w="3400"/>
          </w:tcPr>
          <w:p>
            <w:r>
              <w:rPr>
                <w:b/>
              </w:rPr>
              <w:t>Signature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p>
      <w:r>
        <w:rPr>
          <w:color w:val="5B6570"/>
          <w:sz w:val="17"/>
        </w:rPr>
        <w:t>Template from Trade Safety Docs (tradesafetydocs.co.uk). General guidance only: adapt it to your job and site before use.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