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Asbestos survey planning checklist</w:t>
      </w:r>
    </w:p>
    <w:p>
      <w:r>
        <w:rPr>
          <w:color w:val="5B6570"/>
        </w:rPr>
        <w:t>[Your company name]   ·   ASB-SURV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Building built or refurbished before 2000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Survey type chosen (management, or refurbishment and demolition)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Scope agreed: rooms, roof, loft, external areas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Area empty and accessible for an intrusive survey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Surveyor works to HSG264; lab is UKAS-accredited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Report includes register, photos, condition and actions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Results shared with designers and contractors before work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Asbestos register kept and reviewed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