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Risk assessment template</w:t>
      </w:r>
    </w:p>
    <w:p>
      <w:r>
        <w:rPr>
          <w:color w:val="5B6570"/>
        </w:rPr>
        <w:t>[Your company name]   ·   RA-001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Site / activity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Assessed by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Date / review date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rPr>
                <w:b/>
              </w:rPr>
              <w:t>Hazard</w:t>
            </w:r>
          </w:p>
        </w:tc>
        <w:tc>
          <w:tcPr>
            <w:tcW w:type="dxa" w:w="1700"/>
          </w:tcPr>
          <w:p>
            <w:r>
              <w:rPr>
                <w:b/>
              </w:rPr>
              <w:t>Who could be harmed and how</w:t>
            </w:r>
          </w:p>
        </w:tc>
        <w:tc>
          <w:tcPr>
            <w:tcW w:type="dxa" w:w="1700"/>
          </w:tcPr>
          <w:p>
            <w:r>
              <w:rPr>
                <w:b/>
              </w:rPr>
              <w:t>Risk before (L×S)</w:t>
            </w:r>
          </w:p>
        </w:tc>
        <w:tc>
          <w:tcPr>
            <w:tcW w:type="dxa" w:w="1700"/>
          </w:tcPr>
          <w:p>
            <w:r>
              <w:rPr>
                <w:b/>
              </w:rPr>
              <w:t>Control measures</w:t>
            </w:r>
          </w:p>
        </w:tc>
        <w:tc>
          <w:tcPr>
            <w:tcW w:type="dxa" w:w="1700"/>
          </w:tcPr>
          <w:p>
            <w:r>
              <w:rPr>
                <w:b/>
              </w:rPr>
              <w:t>Risk after (L×S)</w:t>
            </w:r>
          </w:p>
        </w:tc>
        <w:tc>
          <w:tcPr>
            <w:tcW w:type="dxa" w:w="1700"/>
          </w:tcPr>
          <w:p>
            <w:r>
              <w:rPr>
                <w:b/>
              </w:rPr>
              <w:t>Action by / date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Shared with (workers, client)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Signed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